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t>Voor- en achternaam · Straat en huisnummer · Postcode en plaats · Land</w:t>
      </w:r>
    </w:p>
    <w:p>
      <w:pPr>
        <w:spacing w:after="60"/>
      </w:pPr>
      <w:r>
        <w:t>Kliniek / ziekenhuis: ______________________________</w:t>
      </w:r>
    </w:p>
    <w:p>
      <w:pPr>
        <w:spacing w:after="60"/>
      </w:pPr>
      <w:r>
        <w:t>Afdeling / contact voor gegevensbescherming: ______________________________</w:t>
      </w:r>
    </w:p>
    <w:p>
      <w:pPr>
        <w:spacing w:after="60"/>
      </w:pPr>
      <w:r>
        <w:t>Straat en huisnummer: ______________________________</w:t>
      </w:r>
    </w:p>
    <w:p>
      <w:pPr>
        <w:spacing w:after="60"/>
      </w:pPr>
      <w:r>
        <w:t>Postcode / plaats / land: ______________________________</w:t>
      </w:r>
    </w:p>
    <w:p>
      <w:pPr>
        <w:spacing w:after="60"/>
      </w:pPr>
      <w:r>
        <w:t>Plaats en datum: ______________________________</w:t>
      </w:r>
    </w:p>
    <w:p>
      <w:pPr>
        <w:pStyle w:val="Title"/>
      </w:pPr>
      <w:r>
        <w:t>Verzoek om bestaande EEG gegevens en verslagen</w:t>
      </w:r>
    </w:p>
    <w:p>
      <w:pPr>
        <w:spacing w:after="80"/>
      </w:pPr>
      <w:r>
        <w:t>Patiënt: ______________________________  Geboortedatum: __.__.____</w:t>
      </w:r>
    </w:p>
    <w:p>
      <w:pPr>
        <w:spacing w:after="80"/>
      </w:pPr>
      <w:r>
        <w:t>Wettelijke vertegenwoordiger / aanvrager(s): ______________________________</w:t>
      </w:r>
    </w:p>
    <w:p>
      <w:pPr>
        <w:spacing w:after="80"/>
      </w:pPr>
      <w:r>
        <w:t>Behandelende afdeling: ______________________________</w:t>
      </w:r>
    </w:p>
    <w:p>
      <w:pPr>
        <w:spacing w:after="80"/>
      </w:pPr>
      <w:r>
        <w:t>Betrokken onderzoeken: alle bestaande EEG-onderzoeken, met name van __.__.____; overige gegevens: ______________________________</w:t>
      </w:r>
    </w:p>
    <w:p>
      <w:pPr>
        <w:spacing w:after="80"/>
      </w:pPr>
      <w:r>
        <w:t>Contact: Telefoon __________________ / E-mail __________________</w:t>
      </w:r>
    </w:p>
    <w:p>
      <w:r>
        <w:t>Geachte heer/mevrouw,</w:t>
      </w:r>
    </w:p>
    <w:p>
      <w:r>
        <w:t>Als wettelijke vertegenwoordiger van het hierboven genoemde kind verzoek ik vriendelijk om een kopie van de medische gegevens die u bewaart van alle EEG-registraties die bij mijn kind zijn uitgevoerd. Als dit verzoek mijn eigen dossier betreft, dien ik het namens mijzelf in.</w:t>
      </w:r>
    </w:p>
    <w:p>
      <w:r>
        <w:t>Mijn verzoek omvat in het bijzonder:</w:t>
      </w:r>
    </w:p>
    <w:p>
      <w:r>
        <w:t>Digitale EEG-ruwe data: graag ontvang ik een volledige kopie van de onderzoeksgegevens van alle EEG-registraties die u bewaart of verwerkt. Mijn voorkeur gaat uit naar het bestaande oorspronkelijke formaat of een gangbaar exportformaat zonder verlies, zoals EDF, EDF+ of BDF. Als zo’n export niet mogelijk is, is ook een technisch bruikbare kopie in het bestaande formaat welkom. Gangbare EEG-programma’s ondersteunen doorgaans de export van EEG-gegevens.</w:t>
      </w:r>
    </w:p>
    <w:p>
      <w:r>
        <w:t>Bijbehorende verslagen: graag ontvang ik daarnaast alle schriftelijke EEG-verslagen en medische beoordelingen van de betreffende onderzoeken.</w:t>
      </w:r>
    </w:p>
    <w:p>
      <w:r>
        <w:t>Ik houd graag rekening met uw organisatorische procedures en IT-beveiliging. Een beveiligde download, versleutelde verzending of een gegevensdrager zoals een cd, dvd of USB-stick is geschikt. Laat mij weten welke methode het beste past. Ik zou een kosteloze eerste kopie waarderen; informeer mij vooraf als er kosten van toepassing zijn.</w:t>
      </w:r>
    </w:p>
    <w:p>
      <w:r>
        <w:t>Ik stel een spoedige behandeling op prijs. Laat mij weten wat de verwachte verwerkingstijd is en informeer mij als meer tijd nodig is.</w:t>
      </w:r>
    </w:p>
    <w:p>
      <w:r>
        <w:t>Op verzoek verstrek ik passende bewijsstukken van mijn identiteit en, indien van toepassing, mijn vertegenwoordigingsbevoegdheid. Geef aan welke documenten u nodig heeft.</w:t>
      </w:r>
    </w:p>
    <w:p>
      <w:r>
        <w:t>Als bepaalde gegevens niet meer beschikbaar zijn of als er technische vragen over de levering zijn, neem dan contact op zodat wij een passende oplossing kunnen vinden.</w:t>
      </w:r>
    </w:p>
    <w:p>
      <w:r>
        <w:t>Hartelijk dank voor uw ondersteuning en voor het verzamelen van deze gegevens.</w:t>
      </w:r>
    </w:p>
    <w:p>
      <w:r>
        <w:t>Met vriendelijke groet,</w:t>
      </w:r>
    </w:p>
    <w:p>
      <w:pPr>
        <w:keepLines/>
      </w:pPr>
      <w:r>
        <w:t>______________________________________</w:t>
        <w:br/>
        <w:t>Handtekening aanvrager / wettelijke vertegenwoordiger 1</w:t>
        <w:br/>
        <w:t>Naam: __________________________________</w:t>
      </w:r>
    </w:p>
    <w:p>
      <w:pPr>
        <w:keepLines/>
      </w:pPr>
      <w:r>
        <w:t>______________________________________</w:t>
        <w:br/>
        <w:t>Handtekening wettelijke vertegenwoordiger 2, indien van toepassing</w:t>
        <w:br/>
        <w:t>Naam: __________________________________</w:t>
      </w:r>
    </w:p>
    <w:p>
      <w:r>
        <w:t>Wettelijke vertegenwoordiger van het kind: __________________________________</w:t>
      </w:r>
    </w:p>
    <w:sectPr w:rsidR="00FC693F" w:rsidRPr="0006063C" w:rsidSect="00034616">
      <w:footerReference w:type="default" r:id="rId9"/>
      <w:pgSz w:w="11909" w:h="16834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Internationaal verzoekmodel · Versie 1 · 6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Verzoek om bestaande EEG gegevens en verslagen</dc:title>
  <dc:subject/>
  <dc:creator>dupis.de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</dc:language>
</cp:coreProperties>
</file>