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t>Nome e cognome · Via e numero · Codice postale e città · Paese</w:t>
      </w:r>
    </w:p>
    <w:p>
      <w:pPr>
        <w:spacing w:after="60"/>
      </w:pPr>
      <w:r>
        <w:t>Clinica / ospedale: ______________________________</w:t>
      </w:r>
    </w:p>
    <w:p>
      <w:pPr>
        <w:spacing w:after="60"/>
      </w:pPr>
      <w:r>
        <w:t>Reparto / contatto per la protezione dei dati: ______________________________</w:t>
      </w:r>
    </w:p>
    <w:p>
      <w:pPr>
        <w:spacing w:after="60"/>
      </w:pPr>
      <w:r>
        <w:t>Via e numero: ______________________________</w:t>
      </w:r>
    </w:p>
    <w:p>
      <w:pPr>
        <w:spacing w:after="60"/>
      </w:pPr>
      <w:r>
        <w:t>Codice postale / città / Paese: ______________________________</w:t>
      </w:r>
    </w:p>
    <w:p>
      <w:pPr>
        <w:spacing w:after="60"/>
      </w:pPr>
      <w:r>
        <w:t>Luogo e data: ______________________________</w:t>
      </w:r>
    </w:p>
    <w:p>
      <w:pPr>
        <w:pStyle w:val="Title"/>
      </w:pPr>
      <w:r>
        <w:t>Richiesta dei dati EEG esistenti e dei referti</w:t>
      </w:r>
    </w:p>
    <w:p>
      <w:pPr>
        <w:spacing w:after="80"/>
      </w:pPr>
      <w:r>
        <w:t>Paziente: ______________________________  Data di nascita: __.__.____</w:t>
      </w:r>
    </w:p>
    <w:p>
      <w:pPr>
        <w:spacing w:after="80"/>
      </w:pPr>
      <w:r>
        <w:t>Rappresentante legale / richiedente/i: ______________________________</w:t>
      </w:r>
    </w:p>
    <w:p>
      <w:pPr>
        <w:spacing w:after="80"/>
      </w:pPr>
      <w:r>
        <w:t>Reparto curante: ______________________________</w:t>
      </w:r>
    </w:p>
    <w:p>
      <w:pPr>
        <w:spacing w:after="80"/>
      </w:pPr>
      <w:r>
        <w:t>Esami richiesti: tutti gli EEG esistenti, in particolare del __.__.____; ulteriori dati: ______________________________</w:t>
      </w:r>
    </w:p>
    <w:p>
      <w:pPr>
        <w:spacing w:after="80"/>
      </w:pPr>
      <w:r>
        <w:t>Contatto: Telefono __________________ / E-mail __________________</w:t>
      </w:r>
    </w:p>
    <w:p>
      <w:r>
        <w:t>Gentili Signore e Signori,</w:t>
      </w:r>
    </w:p>
    <w:p>
      <w:r>
        <w:t>In qualità di rappresentante legale del minore sopra indicato, chiedo cortesemente una copia dei dati medici in vostro possesso relativi a tutte le registrazioni EEG effettuate per mio figlio. Se la richiesta riguarda la mia documentazione personale, la presento a mio nome.</w:t>
      </w:r>
    </w:p>
    <w:p>
      <w:r>
        <w:t>La richiesta comprende in particolare:</w:t>
      </w:r>
    </w:p>
    <w:p>
      <w:r>
        <w:t>Dati EEG grezzi digitali: vi prego di fornire una copia completa dei dati di tutti gli esami EEG che conservate o trattate. Preferirei il formato originale esistente oppure un formato di esportazione comune senza perdita, come EDF, EDF+ o BDF. Se tale esportazione non è possibile, è gradita anche una copia tecnicamente utilizzabile nel formato esistente. I programmi EEG più comuni consentono generalmente l’esportazione dei dati.</w:t>
      </w:r>
    </w:p>
    <w:p>
      <w:r>
        <w:t>Referti associati: vi prego inoltre di fornire tutti i referti EEG scritti e le valutazioni mediche relativi agli esami interessati.</w:t>
      </w:r>
    </w:p>
    <w:p>
      <w:r>
        <w:t>Sono disponibile a seguire le vostre procedure organizzative e di sicurezza informatica. Sono adatti un download sicuro, un invio cifrato o un supporto come CD, DVD o chiavetta USB. Vi prego di indicare la modalità più adeguata. Gradirei ricevere gratuitamente una prima copia; qualora siano previsti costi, vi prego di comunicarmeli in anticipo.</w:t>
      </w:r>
    </w:p>
    <w:p>
      <w:r>
        <w:t>Vi sarei grato per una gestione tempestiva della richiesta. Vi prego di indicare i tempi previsti e di informarmi se occorre più tempo.</w:t>
      </w:r>
    </w:p>
    <w:p>
      <w:r>
        <w:t>Su richiesta posso fornire documenti idonei a dimostrare la mia identità e, se pertinente, il mio potere di rappresentanza. Vi prego di specificare quali documenti sono necessari.</w:t>
      </w:r>
    </w:p>
    <w:p>
      <w:r>
        <w:t>Se alcuni dati non sono più disponibili o sorgono questioni tecniche relative alla loro fornitura, vi prego di contattarmi per trovare una soluzione adeguata.</w:t>
      </w:r>
    </w:p>
    <w:p>
      <w:r>
        <w:t>Grazie per il vostro supporto e per il lavoro necessario a preparare la documentazione.</w:t>
      </w:r>
    </w:p>
    <w:p>
      <w:r>
        <w:t>Cordiali saluti,</w:t>
      </w:r>
    </w:p>
    <w:p>
      <w:pPr>
        <w:keepLines/>
      </w:pPr>
      <w:r>
        <w:t>______________________________________</w:t>
        <w:br/>
        <w:t>Firma del richiedente / rappresentante legale 1</w:t>
        <w:br/>
        <w:t>Nome: __________________________________</w:t>
      </w:r>
    </w:p>
    <w:p>
      <w:pPr>
        <w:keepLines/>
      </w:pPr>
      <w:r>
        <w:t>______________________________________</w:t>
        <w:br/>
        <w:t>Firma del rappresentante legale 2, se pertinente</w:t>
        <w:br/>
        <w:t>Nome: __________________________________</w:t>
      </w:r>
    </w:p>
    <w:p>
      <w:r>
        <w:t>Rappresentante legale del minore: __________________________________</w:t>
      </w:r>
    </w:p>
    <w:sectPr w:rsidR="00FC693F" w:rsidRPr="0006063C" w:rsidSect="00034616">
      <w:footerReference w:type="default" r:id="rId9"/>
      <w:pgSz w:w="11909" w:h="16834"/>
      <w:pgMar w:top="864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Modello di richiesta internazionale · Versione 1 · 6 ottobre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dei dati EEG esistenti e dei referti</dc:title>
  <dc:subject/>
  <dc:creator>dupis.de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it</dc:language>
</cp:coreProperties>
</file>