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t>Prénom et nom · Rue et numéro · Code postal et ville · Pays</w:t>
      </w:r>
    </w:p>
    <w:p>
      <w:pPr>
        <w:spacing w:after="60"/>
      </w:pPr>
      <w:r>
        <w:t>Clinique / hôpital : ______________________________</w:t>
      </w:r>
    </w:p>
    <w:p>
      <w:pPr>
        <w:spacing w:after="60"/>
      </w:pPr>
      <w:r>
        <w:t>Service / contact chargé de la protection des données : ______________________________</w:t>
      </w:r>
    </w:p>
    <w:p>
      <w:pPr>
        <w:spacing w:after="60"/>
      </w:pPr>
      <w:r>
        <w:t>Rue et numéro : ______________________________</w:t>
      </w:r>
    </w:p>
    <w:p>
      <w:pPr>
        <w:spacing w:after="60"/>
      </w:pPr>
      <w:r>
        <w:t>Code postal / ville / pays : ______________________________</w:t>
      </w:r>
    </w:p>
    <w:p>
      <w:pPr>
        <w:spacing w:after="60"/>
      </w:pPr>
      <w:r>
        <w:t>Lieu et date : ______________________________</w:t>
      </w:r>
    </w:p>
    <w:p>
      <w:pPr>
        <w:pStyle w:val="Title"/>
      </w:pPr>
      <w:r>
        <w:t>Demande de données EEG existantes et de comptes rendus</w:t>
      </w:r>
    </w:p>
    <w:p>
      <w:pPr>
        <w:spacing w:after="80"/>
      </w:pPr>
      <w:r>
        <w:t>Patient : ______________________________  Date de naissance : __.__.____</w:t>
      </w:r>
    </w:p>
    <w:p>
      <w:pPr>
        <w:spacing w:after="80"/>
      </w:pPr>
      <w:r>
        <w:t>Représentant légal / demandeur(s) : ______________________________</w:t>
      </w:r>
    </w:p>
    <w:p>
      <w:pPr>
        <w:spacing w:after="80"/>
      </w:pPr>
      <w:r>
        <w:t>Service traitant : ______________________________</w:t>
      </w:r>
    </w:p>
    <w:p>
      <w:pPr>
        <w:spacing w:after="80"/>
      </w:pPr>
      <w:r>
        <w:t>Examens concernés : tous les EEG existants, notamment du __.__.____ ; autres données : ______________________________</w:t>
      </w:r>
    </w:p>
    <w:p>
      <w:pPr>
        <w:spacing w:after="80"/>
      </w:pPr>
      <w:r>
        <w:t>Contact : Téléphone __________________ / E-mail __________________</w:t>
      </w:r>
    </w:p>
    <w:p>
      <w:r>
        <w:t>Madame, Monsieur,</w:t>
      </w:r>
    </w:p>
    <w:p>
      <w:r>
        <w:t>En tant que représentant légal de l’enfant désigné ci-dessus, je vous demande une copie des données médicales que vous détenez concernant tous les enregistrements EEG effectués pour mon enfant. Si cette demande concerne mon propre dossier, je la présente en mon nom.</w:t>
      </w:r>
    </w:p>
    <w:p>
      <w:r>
        <w:t>Ma demande porte en particulier sur les éléments suivants :</w:t>
      </w:r>
    </w:p>
    <w:p>
      <w:r>
        <w:t>Données EEG brutes numériques : veuillez me fournir une copie complète des données de tous les enregistrements EEG que vous conservez ou traitez. Je privilégie le format original existant ou un format courant d’exportation sans perte, tel que EDF, EDF+ ou BDF. Si cet export n’est pas possible, une copie techniquement exploitable dans le format existant convient également. Les logiciels EEG courants permettent généralement l’exportation des données.</w:t>
      </w:r>
    </w:p>
    <w:p>
      <w:r>
        <w:t>Comptes rendus associés : veuillez également me transmettre l’intégralité des comptes rendus EEG écrits et des évaluations médicales relatifs aux examens concernés.</w:t>
      </w:r>
    </w:p>
    <w:p>
      <w:r>
        <w:t>Je suis disposé à respecter vos procédures d’organisation et de sécurité informatique. Un téléchargement sécurisé, un envoi chiffré ou un support tel qu’un CD, DVD ou une clé USB conviennent. Merci de m’indiquer la solution la plus adaptée. Je vous serais reconnaissant de fournir gratuitement une première copie ; veuillez m’informer au préalable si des frais sont applicables.</w:t>
      </w:r>
    </w:p>
    <w:p>
      <w:r>
        <w:t>Je vous remercie de traiter cette demande dans les meilleurs délais. Merci de m’indiquer le délai prévu et de me prévenir si un délai supplémentaire est nécessaire.</w:t>
      </w:r>
    </w:p>
    <w:p>
      <w:r>
        <w:t>Sur demande, je peux fournir les justificatifs appropriés de mon identité et, le cas échéant, de mon pouvoir de représentation. Merci de préciser les documents requis.</w:t>
      </w:r>
    </w:p>
    <w:p>
      <w:r>
        <w:t>Si certaines données ne sont plus disponibles ou si leur transmission soulève des questions techniques, veuillez me contacter afin que nous trouvions une solution adaptée.</w:t>
      </w:r>
    </w:p>
    <w:p>
      <w:r>
        <w:t>Je vous remercie pour votre aide et pour la préparation de ces documents.</w:t>
      </w:r>
    </w:p>
    <w:p>
      <w:r>
        <w:t>Veuillez agréer, Madame, Monsieur, mes salutations distinguées.</w:t>
      </w:r>
    </w:p>
    <w:p>
      <w:pPr>
        <w:keepLines/>
      </w:pPr>
      <w:r>
        <w:t>______________________________________</w:t>
        <w:br/>
        <w:t>Signature du demandeur / représentant légal 1</w:t>
        <w:br/>
        <w:t>Nom : __________________________________</w:t>
      </w:r>
    </w:p>
    <w:p>
      <w:pPr>
        <w:keepLines/>
      </w:pPr>
      <w:r>
        <w:t>______________________________________</w:t>
        <w:br/>
        <w:t>Signature du représentant légal 2, le cas échéant</w:t>
        <w:br/>
        <w:t>Nom : __________________________________</w:t>
      </w:r>
    </w:p>
    <w:p>
      <w:r>
        <w:t>Représentant légal de l’enfant : __________________________________</w:t>
      </w:r>
    </w:p>
    <w:sectPr w:rsidR="00FC693F" w:rsidRPr="0006063C" w:rsidSect="00034616">
      <w:footerReference w:type="default" r:id="rId9"/>
      <w:pgSz w:w="11909" w:h="16834"/>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Modèle de demande internationale · Version 1 · 6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données EEG existantes et de comptes rendus</dc:title>
  <dc:subject/>
  <dc:creator>dupis.de</dc:creator>
  <cp:keywords/>
  <dc:description>generated by python-docx</dc:description>
  <cp:lastModifiedBy/>
  <cp:revision>1</cp:revision>
  <dcterms:created xsi:type="dcterms:W3CDTF">2013-12-23T23:15:00Z</dcterms:created>
  <dcterms:modified xsi:type="dcterms:W3CDTF">2013-12-23T23:15:00Z</dcterms:modified>
  <cp:category/>
  <dc:language>fr</dc:language>
</cp:coreProperties>
</file>