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t>Full name · Street and number · Postcode and city · Country</w:t>
      </w:r>
    </w:p>
    <w:p>
      <w:pPr>
        <w:spacing w:after="60"/>
      </w:pPr>
      <w:r>
        <w:t>Clinic / hospital: ______________________________</w:t>
      </w:r>
    </w:p>
    <w:p>
      <w:pPr>
        <w:spacing w:after="60"/>
      </w:pPr>
      <w:r>
        <w:t>Department / data protection contact: ______________________________</w:t>
      </w:r>
    </w:p>
    <w:p>
      <w:pPr>
        <w:spacing w:after="60"/>
      </w:pPr>
      <w:r>
        <w:t>Street and number: ______________________________</w:t>
      </w:r>
    </w:p>
    <w:p>
      <w:pPr>
        <w:spacing w:after="60"/>
      </w:pPr>
      <w:r>
        <w:t>Postcode / city / country: ______________________________</w:t>
      </w:r>
    </w:p>
    <w:p>
      <w:pPr>
        <w:spacing w:after="60"/>
      </w:pPr>
      <w:r>
        <w:t>Place and date: ______________________________</w:t>
      </w:r>
    </w:p>
    <w:p>
      <w:pPr>
        <w:pStyle w:val="Title"/>
      </w:pPr>
      <w:r>
        <w:t>Request for existing EEG data and reports</w:t>
      </w:r>
    </w:p>
    <w:p>
      <w:pPr>
        <w:spacing w:after="80"/>
      </w:pPr>
      <w:r>
        <w:t>Patient: ______________________________  Date of birth: __.__.____</w:t>
      </w:r>
    </w:p>
    <w:p>
      <w:pPr>
        <w:spacing w:after="80"/>
      </w:pPr>
      <w:r>
        <w:t>Legal representative / applicant(s): ______________________________</w:t>
      </w:r>
    </w:p>
    <w:p>
      <w:pPr>
        <w:spacing w:after="80"/>
      </w:pPr>
      <w:r>
        <w:t>Treating department: ______________________________</w:t>
      </w:r>
    </w:p>
    <w:p>
      <w:pPr>
        <w:spacing w:after="80"/>
      </w:pPr>
      <w:r>
        <w:t>Examinations requested: all existing EEG recordings, especially those dated __.__.____; additional data: ______________________________</w:t>
      </w:r>
    </w:p>
    <w:p>
      <w:pPr>
        <w:spacing w:after="80"/>
      </w:pPr>
      <w:r>
        <w:t>Contact for enquiries: Phone __________________ / Email __________________</w:t>
      </w:r>
    </w:p>
    <w:p>
      <w:r>
        <w:t>Dear Sir or Madam,</w:t>
      </w:r>
    </w:p>
    <w:p>
      <w:r>
        <w:t>As the legal representative of the child named above, I kindly request a copy of the medical data you hold for all EEG recordings performed for my child. If I am requesting my own records, I make this request on my own behalf.</w:t>
      </w:r>
    </w:p>
    <w:p>
      <w:r>
        <w:t>My request includes the following:</w:t>
      </w:r>
    </w:p>
    <w:p>
      <w:r>
        <w:t>Digital EEG raw data: Please provide a complete copy of all examination data for every EEG recording that you hold or process. I would prefer the existing original format or a commonly used lossless export format such as EDF, EDF+ or BDF. If that export is not possible, a technically usable copy in the existing format is welcome. EEG data can generally be exported from commonly used EEG software.</w:t>
      </w:r>
    </w:p>
    <w:p>
      <w:r>
        <w:t>Associated reports: Please also provide all written EEG reports and medical assessments relating to these examinations.</w:t>
      </w:r>
    </w:p>
    <w:p>
      <w:r>
        <w:t>I am happy to follow your organisational and IT security requirements. A secure download, encrypted delivery or a storage medium such as a CD, DVD or USB drive is suitable. Please let me know which method works best for you. I would appreciate a first copy free of charge; please advise me in advance if charges apply.</w:t>
      </w:r>
    </w:p>
    <w:p>
      <w:r>
        <w:t>I would appreciate prompt processing. Please let me know the expected timeframe and inform me if additional time is needed.</w:t>
      </w:r>
    </w:p>
    <w:p>
      <w:r>
        <w:t>On request, I can provide suitable proof of identity and, where applicable, my authority to represent the patient. Please specify the documents you require.</w:t>
      </w:r>
    </w:p>
    <w:p>
      <w:r>
        <w:t>If any data are no longer available, or there are technical questions about providing them, please contact me so we can find a suitable solution.</w:t>
      </w:r>
    </w:p>
    <w:p>
      <w:r>
        <w:t>Thank you for your support and for preparing these records.</w:t>
      </w:r>
    </w:p>
    <w:p>
      <w:r>
        <w:t>Yours faithfully,</w:t>
      </w:r>
    </w:p>
    <w:p>
      <w:pPr>
        <w:keepLines/>
      </w:pPr>
      <w:r>
        <w:t>______________________________________</w:t>
        <w:br/>
        <w:t>Signature of applicant / legal representative 1</w:t>
        <w:br/>
        <w:t>Name: __________________________________</w:t>
      </w:r>
    </w:p>
    <w:p>
      <w:pPr>
        <w:keepLines/>
      </w:pPr>
      <w:r>
        <w:t>______________________________________</w:t>
        <w:br/>
        <w:t>Signature of legal representative 2, if applicable</w:t>
        <w:br/>
        <w:t>Name: __________________________________</w:t>
      </w:r>
    </w:p>
    <w:p>
      <w:r>
        <w:t>Legal representative of the child: __________________________________</w:t>
      </w:r>
    </w:p>
    <w:sectPr w:rsidR="00FC693F" w:rsidRPr="0006063C" w:rsidSect="00034616">
      <w:footerReference w:type="default" r:id="rId9"/>
      <w:pgSz w:w="11909" w:h="16834"/>
      <w:pgMar w:top="864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International request template · Version 1 · 6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existing EEG data and reports</dc:title>
  <dc:subject/>
  <dc:creator>dupis.de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